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לטבריה – בטיחות בדרכים וחברות נאמנה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המסלול מעפולה ומחיפה לטבריה ואת מספרי הכבישים שבדרך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שלטי ציווי מלשון יחיד ללשון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ארבעת הצעדים של חבר/ה נאמן/ה: לשים לב, לשאול, להקשיב, לפנות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 וחיפה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לשים לב לדרך ולבטיחות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דאגה גדולה לא שומרים בסוד, צריך 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רשות ולא חובה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(יכולת להתמודד עם קושי ולהתאושש)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(צורת פועל שמבקשת לעשות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מקצוע שעוזר בנושאים רגשיים)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(תלמידים או מורים שעוזרים בנושאי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שמשהו לא בסדר אצל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אותו מה קורה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 למה שהוא אומר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לפנות למבוגר/ת כשצריך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ציווי ברור ונכון בלשון רבים, הקשור לבטיחות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לב, לשאול, להקשיב, לפנות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בלשון רבים, למשל עצרו או האטו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שהשיתוף האישי רשות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על הלוח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להפנות תלמידים שמעלים דאגה אישית ליועצת או לנאמני החוסן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לטבריה – בטיחות בדרכים וחברות נאמנה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נכיר את הדרך מעפולה ומחיפה לטבריה ואת אתגרי הבטיחות שבה, נלמד להפוך שלטי ציווי ללשון רבים, ונתרגל איך להיות חבר/ה נאמן/ה כשמשהו מטריד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עצרו  ·  האטו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מאיזה שתי ערים אפשר לנסוע לטבריה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עפולה וחיפה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 אביב וירושלים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אילת ובאר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הנוסעים לפי השיחה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לשים לב לדרך ולבטיחות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לישון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להתווכח עם הנהג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 יש דאגה גדולה על חבר, אפשר לשמור את זה בסוד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השיתוף האישי בשיעור הוא חובה לכל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השלט אומר עצור! ברבים כותבים: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השלט אומר האט! ברבים כותבים: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תלמידים או מורים שעוזרים בנושאי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איש מקצוע שעוזר בנושאים רגשיים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יועצת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יכולת להתמודד עם קושי ולהתאושש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נאמני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צורת פועל שמבקשת לעשות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 אותו מה קורה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שמשהו לא בסדר אצל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לפנות למבוגר/ת כשצריך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בתשומת לב למה שהוא אומר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שלט ציווי חדש לבטיחות בדרך לטבריה, בלשון 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הצעדים של חבר/ה נאמן/ה?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לשלט ציווי בלשון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לטבריה – בטיחות בדרכים וחברות נאמנה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