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לטבריה – בטיחות בדרכים וחברות נאמנה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המסלול מעפולה ומחיפה לטבריה ואת מספרי הכבישים שבדרך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שלטי ציווי מלשון יחיד ללשון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ארבעת הצעדים של חבר/ה נאמן/ה: לשים לב, לשאול, להקשיב, לפנות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 וחיפה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לשים לב לדרך ולבטיחות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ליועצת ולנאמני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דאגה גדולה לא שומרים בסוד, צריך 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רשות ולא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לשון רבים פונה ליותר מאדם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אחד הפרטים במפה שהוצגה בשיעור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הישארו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(יכולת להתמודד עם קושי ולהתאושש)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(צורת פועל שמבקשת לעשות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מקצוע שעוזר בנושאים רגשיים)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(תלמידים או מורים שעוזרים בנושאי 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שנוסעים בה ממקום למקום)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שמשהו לא בסדר אצל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 אותו מה קורה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בתשומת לב למה שהוא אומר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לפנות למבוגר/ת כשצריך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ציווי ברור ונכון בלשון רבים, הקשור לבטיחות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לשים לב, לשאול, להקשיב ולפנות למבוגר/ת, בלי לציין שמות של ילדים מהכיתה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לב, לשאול, להקשיב, לפנות למבוגר/ת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בלשון רבים, למשל עצרו או האטו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 או 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להזכיר שהשיתוף האישי רשות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במפה על הלוח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להפנות תלמידים שמעלים דאגה אישית ליועצת או לנאמני החוסן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לטבריה – בטיחות בדרכים וחברות נאמנה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נסיעה בטוחה לטבריה, מכירים שלטים בדרך, ולומדים איך לעזור לחבר שמרגיש לא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שמבקשת מישהו לעשות משהו, כמו עצור!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שנוסעים בה ממקום למקום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חבר/ה שאפשר לסמוך עליו/ה ולבטוח בו/ה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מקצוע בבית הספר שעוזר בנושאים רגשיים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נאמני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או מורים שעוזרים בנושאי רגש ובטיחות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דאגה גדולה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שצריך לספר עליו למבוגר ולא לשמור בסוד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שלט 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 דרך שמורה לנו לעשות פעולה, כמו עצור או האט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נוסעים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 וחיפה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 אביב וירושלים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 ובאר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נתניה ורעננה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שלטים היו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כביש בא אחרי 65 או 75?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צריך לעשות כנוסעים?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לשים לב לדרך ולבטיחות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להתווכח עם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למי פונים כשמודאגים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ליועצת ולנאמני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 יש דאגה גדולה על חבר, אפשר לשמור את זה בסוד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האישי בשיעור הוא חובה לכל 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בלשון רבים פונה לקבוצה ולא ליחיד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טבריה נמצאת בצפון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השלט אומר עצור! ברבים כותבים: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השלט אומר האט! ברבים כותבים: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השלט אומר פנה ימינה! ברבים כותבים: פנו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השלט אומר הישאר בנתיב! ברבים כותבים: __________ בנתיב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שנוסעים בה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ציווי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מקצוע שעוזר בנושאים רגשיים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יועצת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צורת פועל שמבקשת לעשות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נאמני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יכולת להתמודד עם קושי ולהתאושש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תלמידים או מורים שעוזרים בנושאי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לפנות למבוגר/ת כשצריך עזרה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בתשומת לב למה שהוא אומר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אותו מה קורה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שמשהו לא בסדר אצל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שלט ציווי חדש לבטיחות בדרך לטבריה, בלשון רבים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חבר/ה נראה/ית מוטרד/ת. כתבו מה תעשו לפי ארבעת הצעדים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הצעדים של חבר/ה נאמן/ה?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לשלט ציווי בלשון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פונים כשיש דאגה גדולה על 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לטבריה – בטיחות בדרכים וחברות נאמנה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