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לטבריה – בטיחות בדרכים וחברות נאמנה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המסלול מעפולה ומחיפה לטבריה ואת מספרי הכבישים שבדרך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להפוך שלטי ציווי מלשון יחיד ללשון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ארבעת הצעדים של חבר/ה נאמן/ה: לשים לב, לשאול, להקשיב, לפנות למבוגר/ת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 וחיפה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לשים לב לדרך ולבטיחות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ליועצת ולנאמני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דאגה גדולה לא שומרים בסוד, צריך 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רשות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לשון רבים פונה ליותר מאדם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הפרטים במפה שהוצגה בשיעור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הישארו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(יכולת להתמודד עם קושי ולהתאושש)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(צורת פועל שמבקשת לעשות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(איש מקצוע שעוזר בנושאים רגשיים)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(תלמידים או מורים שעוזרים בנושאי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(הדרך שנוסעים בה ממקום למקום)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שמשהו לא בסדר אצל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אותו מה קורה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בתשומת לב למה שהוא אומר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לפנות למבוגר/ת כשצריך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ציווי ברור ונכון בלשון רבים, הקשור לבטיחות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לשים לב, לשאול, להקשיב ולפנות למבוגר/ת, בלי לציין שמות של ילדים מהכיתה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לב, לשאול, להקשיב, לפנות למבוגר/ת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בלשון רבים, למשל עצרו או האטו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 או 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שהשיתוף האישי רשות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על הלוח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להפנות תלמידים שמעלים דאגה אישית ליועצת או לנאמני החוסן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לטבריה – בטיחות בדרכים וחברות נאמנה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נכיר את הדרך מעפולה ומחיפה לטבריה ואת אתגרי הבטיחות שבה, נלמד להפוך שלטי ציווי ללשון רבים, ונתרגל איך להיות חבר/ה נאמן/ה כשמשהו מטריד חבר או חברה.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שתי ערים אפשר לנסוע לטבריה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עפולה וחיפה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 אביב וירושלים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אילת ובאר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נתניה ורעננה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שלטי ציווי הוצגו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כביש מופיע בהמשך המסלול אחרי 65 או 75?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הנוסעים לפי השיחה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לב לדרך ולבטיחות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להתווכח עם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לדבר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אפשר לפנות כשיש דאגה גדולה על 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ליועצת ולנאמני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 יש דאגה גדולה על חבר, אפשר לשמור את זה בסוד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השיתוף האישי בשיעור הוא חובה לכל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 בלשון רבים פונה לקבוצה ולא ליחיד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בצפון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השלט אומר עצור! ברבים כותבים: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השלט אומר האט! ברבים כותבים: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השלט אומר פנה ימינה! ברבים כותבים: פנו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השלט אומר הישאר בנתיב! ברבים כותבים: __________ בנתיב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איש מקצוע שעוזר בנושאים רגשיים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הדרך שנוסעים בה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יועצת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צורת פועל שמבקשת לעשות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נאמני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יכולת להתמודד עם קושי ולהתאושש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תלמידים או מורים שעוזרים בנושאי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לפנות למבוגר/ת כשצריך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בתשומת לב למה שהוא אומר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שמשהו לא בסדר אצל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אותו מה קורה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שלט ציווי חדש לבטיחות בדרך לטבריה, בלשון 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חבר/ה נראה/ית מוטרד/ת. כתבו מה תעשו לפי ארבעת הצעדים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הצעדים של חבר/ה נאמן/ה?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לשלט ציווי בלשון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פונים כשיש דאגה גדולה על 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לטבריה – בטיחות בדרכים וחברות נאמנה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